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8"/>
        </w:rPr>
        <w:t>Technogym Run / Excite Treadmill</w:t>
      </w:r>
    </w:p>
    <w:p>
      <w:pPr>
        <w:jc w:val="center"/>
      </w:pPr>
      <w:r>
        <w:rPr>
          <w:i/>
          <w:sz w:val="22"/>
        </w:rPr>
        <w:t>Commercial-grade cardio equipment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52160" cy="62585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chnogym_treadmill_sing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6258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26"/>
        </w:rPr>
        <w:t>Description</w:t>
      </w:r>
    </w:p>
    <w:p>
      <w:pPr>
        <w:spacing w:after="100"/>
      </w:pPr>
      <w:r>
        <w:t>Professional Technogym treadmill designed for high-use commercial fitness environments. The Excite family includes connected cardio equipment with Technogym Live interfaces, while the newer Technogym Run adds a broader combination of cardio and strength-oriented training modes.</w:t>
      </w:r>
    </w:p>
    <w:p>
      <w:r>
        <w:rPr>
          <w:b/>
          <w:sz w:val="26"/>
        </w:rPr>
        <w:t>Technical data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Equipment type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Commercial treadmill / cardio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Typical range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Run Excite / Excite Live / Run family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Console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Model-dependent; LED, touch or Technogym Live configurations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Connectivity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Model-dependent; Wi‑Fi / Bluetooth / NFC / wearable integration on connected versions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Maximum user weight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Model-dependent — verify against exact machine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Dimensions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Model/year dependent — verify before purchase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Equipment weight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Model/year dependent — verify before transport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Electrical supply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Model/version dependent</w:t>
            </w:r>
          </w:p>
        </w:tc>
      </w:tr>
    </w:tbl>
    <w:p>
      <w:r>
        <w:rPr>
          <w:b/>
          <w:sz w:val="26"/>
        </w:rPr>
        <w:t>Key features</w:t>
      </w:r>
    </w:p>
    <w:p>
      <w:pPr>
        <w:spacing w:after="20"/>
        <w:ind w:left="288"/>
      </w:pPr>
      <w:r>
        <w:t>• Heavy-duty running deck and commercial frame</w:t>
      </w:r>
    </w:p>
    <w:p>
      <w:pPr>
        <w:spacing w:after="20"/>
        <w:ind w:left="288"/>
      </w:pPr>
      <w:r>
        <w:t>• Fast-access controls on equipped versions</w:t>
      </w:r>
    </w:p>
    <w:p>
      <w:pPr>
        <w:spacing w:after="20"/>
        <w:ind w:left="288"/>
      </w:pPr>
      <w:r>
        <w:t>• Connected training and multimedia options on Excite Live models</w:t>
      </w:r>
    </w:p>
    <w:p>
      <w:pPr>
        <w:spacing w:after="20"/>
        <w:ind w:left="288"/>
      </w:pPr>
      <w:r>
        <w:t>• Suitable for gyms, hotels, clubs and wellness centres</w:t>
      </w:r>
    </w:p>
    <w:p>
      <w:pPr>
        <w:spacing w:after="20"/>
        <w:ind w:left="288"/>
      </w:pPr>
      <w:r>
        <w:t>• Important refurbishment checks: belt, deck, rollers, motor, inverter, display and safety systems</w:t>
      </w:r>
    </w:p>
    <w:p>
      <w:pPr>
        <w:spacing w:before="100"/>
      </w:pPr>
      <w:r>
        <w:rPr>
          <w:i/>
          <w:sz w:val="16"/>
        </w:rPr>
        <w:t>Technical note: specifications vary substantially by model, console and production year; confirm the serial-number specification before quoting a machine.</w:t>
      </w:r>
    </w:p>
    <w:p>
      <w:pPr>
        <w:jc w:val="center"/>
      </w:pPr>
      <w:r>
        <w:rPr>
          <w:b/>
          <w:sz w:val="48"/>
        </w:rPr>
        <w:t>Technogym Excite Bike</w:t>
      </w:r>
    </w:p>
    <w:p>
      <w:pPr>
        <w:jc w:val="center"/>
      </w:pPr>
      <w:r>
        <w:rPr>
          <w:i/>
          <w:sz w:val="22"/>
        </w:rPr>
        <w:t>Professional upright exercise bike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52160" cy="4876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clean_studio_product_photograph_on_a_white_back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876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26"/>
        </w:rPr>
        <w:t>Description</w:t>
      </w:r>
    </w:p>
    <w:p>
      <w:pPr>
        <w:spacing w:after="100"/>
      </w:pPr>
      <w:r>
        <w:t>Professional upright bike from the Technogym Excite family, designed for commercial cardio areas. The illustrated machine represents the connected touchscreen configuration commonly found in premium fitness facilities.</w:t>
      </w:r>
    </w:p>
    <w:p>
      <w:r>
        <w:rPr>
          <w:b/>
          <w:sz w:val="26"/>
        </w:rPr>
        <w:t>Technical data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Equipment type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Commercial upright exercise bike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Representative model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Excite / Bike 500i family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Console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Touchscreen / connected configuration shown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Heart-rate monitoring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Hand sensors; telemetry/Bluetooth on supported versions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Connectivity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Model-dependent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Dimensions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Model/version dependent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Equipment weight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Model/version dependent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Resistance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Electronic resistance; model dependent</w:t>
            </w:r>
          </w:p>
        </w:tc>
      </w:tr>
    </w:tbl>
    <w:p>
      <w:r>
        <w:rPr>
          <w:b/>
          <w:sz w:val="26"/>
        </w:rPr>
        <w:t>Key features</w:t>
      </w:r>
    </w:p>
    <w:p>
      <w:pPr>
        <w:spacing w:after="20"/>
        <w:ind w:left="288"/>
      </w:pPr>
      <w:r>
        <w:t>• Adjustable saddle and ergonomic handlebars</w:t>
      </w:r>
    </w:p>
    <w:p>
      <w:pPr>
        <w:spacing w:after="20"/>
        <w:ind w:left="288"/>
      </w:pPr>
      <w:r>
        <w:t>• Large touchscreen console on connected versions</w:t>
      </w:r>
    </w:p>
    <w:p>
      <w:pPr>
        <w:spacing w:after="20"/>
        <w:ind w:left="288"/>
      </w:pPr>
      <w:r>
        <w:t>• Heart-rate monitoring options</w:t>
      </w:r>
    </w:p>
    <w:p>
      <w:pPr>
        <w:spacing w:after="20"/>
        <w:ind w:left="288"/>
      </w:pPr>
      <w:r>
        <w:t>• Commercial frame designed for repeated daily use</w:t>
      </w:r>
    </w:p>
    <w:p>
      <w:pPr>
        <w:spacing w:after="20"/>
        <w:ind w:left="288"/>
      </w:pPr>
      <w:r>
        <w:t>• Refurbishment checks: drive system, bearings, pedals, saddle, electronics and console</w:t>
      </w:r>
    </w:p>
    <w:p>
      <w:pPr>
        <w:spacing w:before="100"/>
      </w:pPr>
      <w:r>
        <w:rPr>
          <w:i/>
          <w:sz w:val="16"/>
        </w:rPr>
        <w:t>Reference: Technogym technical documentation for Bike 500i SP identifies the Excite bike family and its component architecture; exact dimensions/specification should be confirmed by model and serial number.</w:t>
      </w:r>
    </w:p>
    <w:p>
      <w:pPr>
        <w:jc w:val="center"/>
      </w:pPr>
      <w:r>
        <w:rPr>
          <w:b/>
          <w:sz w:val="48"/>
        </w:rPr>
        <w:t>Technogym Synchro / Excite Elliptical</w:t>
      </w:r>
    </w:p>
    <w:p>
      <w:pPr>
        <w:jc w:val="center"/>
      </w:pPr>
      <w:r>
        <w:rPr>
          <w:i/>
          <w:sz w:val="22"/>
        </w:rPr>
        <w:t>Commercial cross-training equipment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52160" cy="4876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clean_studio_product_photo_on_a_white_backgroun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876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26"/>
        </w:rPr>
        <w:t>Description</w:t>
      </w:r>
    </w:p>
    <w:p>
      <w:pPr>
        <w:spacing w:after="100"/>
      </w:pPr>
      <w:r>
        <w:t>Commercial elliptical cross trainer designed for full-body cardio training. The Excite family includes Synchro models with connected console options and configurations for intensive fitness-centre use.</w:t>
      </w:r>
    </w:p>
    <w:p>
      <w:r>
        <w:rPr>
          <w:b/>
          <w:sz w:val="26"/>
        </w:rPr>
        <w:t>Technical data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Equipment type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Commercial elliptical / cross trainer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Representative range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Excite Synchro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Representative dimensions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2,180 × 700 × 1,685 mm (Synchro 500 Live reference)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Representative equipment weight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152 kg (Synchro 500 Live reference)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Maximum user weight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180 kg (Synchro 500 Live reference)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Max resistance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Up to 600 W at 160 rpm (Synchro 500 Live reference)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Console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Technogym Live 10-inch on referenced Live version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Connectivity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Wi‑Fi; Bluetooth and additional connectivity on selected versions</w:t>
            </w:r>
          </w:p>
        </w:tc>
      </w:tr>
    </w:tbl>
    <w:p>
      <w:r>
        <w:rPr>
          <w:b/>
          <w:sz w:val="26"/>
        </w:rPr>
        <w:t>Key features</w:t>
      </w:r>
    </w:p>
    <w:p>
      <w:pPr>
        <w:spacing w:after="20"/>
        <w:ind w:left="288"/>
      </w:pPr>
      <w:r>
        <w:t>• Low-impact full-body cardio movement</w:t>
      </w:r>
    </w:p>
    <w:p>
      <w:pPr>
        <w:spacing w:after="20"/>
        <w:ind w:left="288"/>
      </w:pPr>
      <w:r>
        <w:t>• Ergonomic upper-body handles</w:t>
      </w:r>
    </w:p>
    <w:p>
      <w:pPr>
        <w:spacing w:after="20"/>
        <w:ind w:left="288"/>
      </w:pPr>
      <w:r>
        <w:t>• Integrated touchscreen on Live versions</w:t>
      </w:r>
    </w:p>
    <w:p>
      <w:pPr>
        <w:spacing w:after="20"/>
        <w:ind w:left="288"/>
      </w:pPr>
      <w:r>
        <w:t>• Heart-rate monitoring and connected training options</w:t>
      </w:r>
    </w:p>
    <w:p>
      <w:pPr>
        <w:spacing w:after="20"/>
        <w:ind w:left="288"/>
      </w:pPr>
      <w:r>
        <w:t>• Refurbishment checks: pedal bearings, joints, drive system, belts, console and resistance system</w:t>
      </w:r>
    </w:p>
    <w:p>
      <w:pPr>
        <w:spacing w:before="100"/>
      </w:pPr>
      <w:r>
        <w:rPr>
          <w:i/>
          <w:sz w:val="16"/>
        </w:rPr>
        <w:t>Source: Technogym Excite Live Synchro technical specification sheet; exact specifications vary by model/version.</w:t>
      </w:r>
    </w:p>
    <w:p>
      <w:pPr>
        <w:jc w:val="center"/>
      </w:pPr>
      <w:r>
        <w:rPr>
          <w:b/>
          <w:sz w:val="48"/>
        </w:rPr>
        <w:t>Technogym UNICA</w:t>
      </w:r>
    </w:p>
    <w:p>
      <w:pPr>
        <w:jc w:val="center"/>
      </w:pPr>
      <w:r>
        <w:rPr>
          <w:i/>
          <w:sz w:val="22"/>
        </w:rPr>
        <w:t>Premium multi-function home gym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52160" cy="702259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clean_studio_product_shot_on_a_white_backgroun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70225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26"/>
        </w:rPr>
        <w:t>Description</w:t>
      </w:r>
    </w:p>
    <w:p>
      <w:pPr>
        <w:spacing w:after="100"/>
      </w:pPr>
      <w:r>
        <w:t>UNICA is Technogym's iconic compact multi-function strength system, designed to provide a wide range of resistance exercises in one integrated machine. Technogym identifies UNICA as an iconic home-wellness product and celebrated its 40th anniversary in 2026.</w:t>
      </w:r>
    </w:p>
    <w:p>
      <w:r>
        <w:rPr>
          <w:b/>
          <w:sz w:val="26"/>
        </w:rPr>
        <w:t>Technical data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Equipment type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Multi-function strength / home gym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Dimensions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1,840 × 1,200 × 2,070 mm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Operating footprint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Up to 1,840 × 1,600 × 2,070 mm during operation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Equipment weight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240 kg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Weight stack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5–90 kg; 5 kg increments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Power requirement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110–220 VAC on Trainer version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Integrated functions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Multiple strength exercises, pulleys, press/fly and lower-body work</w:t>
            </w:r>
          </w:p>
        </w:tc>
      </w:tr>
    </w:tbl>
    <w:p>
      <w:r>
        <w:rPr>
          <w:b/>
          <w:sz w:val="26"/>
        </w:rPr>
        <w:t>Key features</w:t>
      </w:r>
    </w:p>
    <w:p>
      <w:pPr>
        <w:spacing w:after="20"/>
        <w:ind w:left="288"/>
      </w:pPr>
      <w:r>
        <w:t>• Large range of exercises from one compact station</w:t>
      </w:r>
    </w:p>
    <w:p>
      <w:pPr>
        <w:spacing w:after="20"/>
        <w:ind w:left="288"/>
      </w:pPr>
      <w:r>
        <w:t>• Integrated weight stack and cable system</w:t>
      </w:r>
    </w:p>
    <w:p>
      <w:pPr>
        <w:spacing w:after="20"/>
        <w:ind w:left="288"/>
      </w:pPr>
      <w:r>
        <w:t>• Adjustable padded seating and exercise positions</w:t>
      </w:r>
    </w:p>
    <w:p>
      <w:pPr>
        <w:spacing w:after="20"/>
        <w:ind w:left="288"/>
      </w:pPr>
      <w:r>
        <w:t>• Integrated wheels for positioning</w:t>
      </w:r>
    </w:p>
    <w:p>
      <w:pPr>
        <w:spacing w:after="20"/>
        <w:ind w:left="288"/>
      </w:pPr>
      <w:r>
        <w:t>• Refurbishment checks: cables, pulleys, weight stack, upholstery, bearings and adjustment mechanisms</w:t>
      </w:r>
    </w:p>
    <w:p>
      <w:pPr>
        <w:spacing w:before="100"/>
      </w:pPr>
      <w:r>
        <w:rPr>
          <w:i/>
          <w:sz w:val="16"/>
        </w:rPr>
        <w:t>Source: Technogym Personal Line / UNICA technical specification documentation. Specifications can vary by production version.</w:t>
      </w:r>
    </w:p>
    <w:p>
      <w:pPr>
        <w:jc w:val="center"/>
      </w:pPr>
      <w:r>
        <w:rPr>
          <w:b/>
          <w:sz w:val="48"/>
        </w:rPr>
        <w:t>Technogym Pure Strength Chest Press</w:t>
      </w:r>
    </w:p>
    <w:p>
      <w:pPr>
        <w:jc w:val="center"/>
      </w:pPr>
      <w:r>
        <w:rPr>
          <w:i/>
          <w:sz w:val="22"/>
        </w:rPr>
        <w:t>Plate-loaded commercial strength machine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52160" cy="48768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clean_studio_product_photo_of_a_heavy_duty_gym_c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876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26"/>
        </w:rPr>
        <w:t>Description</w:t>
      </w:r>
    </w:p>
    <w:p>
      <w:pPr>
        <w:spacing w:after="100"/>
      </w:pPr>
      <w:r>
        <w:t>Heavy-duty plate-loaded chest press from the Technogym Pure Strength family. Independent pressing arms allow unilateral or bilateral training, with a converging movement path designed around a natural pressing arc.</w:t>
      </w:r>
    </w:p>
    <w:p>
      <w:r>
        <w:rPr>
          <w:b/>
          <w:sz w:val="26"/>
        </w:rPr>
        <w:t>Technical data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Equipment type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Commercial plate-loaded chest press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Dimensions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1,500 × 1,200 × 1,715 mm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Equipment weight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164 kg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Maximum load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200 kg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Primary muscles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Pectoralis major, triceps, anterior deltoids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Resistance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Olympic/weight-plate loaded</w:t>
            </w:r>
          </w:p>
        </w:tc>
      </w:tr>
      <w:tr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Arm movement</w:t>
            </w:r>
          </w:p>
        </w:tc>
        <w:tc>
          <w:tcPr>
            <w:tcW w:type="dxa" w:w="5112"/>
          </w:tcPr>
          <w:p>
            <w:pPr>
              <w:spacing w:after="0"/>
            </w:pPr>
            <w:r>
              <w:rPr>
                <w:sz w:val="18"/>
              </w:rPr>
              <w:t>Independent converging pressing arms</w:t>
            </w:r>
          </w:p>
        </w:tc>
      </w:tr>
    </w:tbl>
    <w:p>
      <w:r>
        <w:rPr>
          <w:b/>
          <w:sz w:val="26"/>
        </w:rPr>
        <w:t>Key features</w:t>
      </w:r>
    </w:p>
    <w:p>
      <w:pPr>
        <w:spacing w:after="20"/>
        <w:ind w:left="288"/>
      </w:pPr>
      <w:r>
        <w:t>• Independent left/right pressing arms</w:t>
      </w:r>
    </w:p>
    <w:p>
      <w:pPr>
        <w:spacing w:after="20"/>
        <w:ind w:left="288"/>
      </w:pPr>
      <w:r>
        <w:t>• Natural converging movement path</w:t>
      </w:r>
    </w:p>
    <w:p>
      <w:pPr>
        <w:spacing w:after="20"/>
        <w:ind w:left="288"/>
      </w:pPr>
      <w:r>
        <w:t>• Heavy-duty commercial steel frame</w:t>
      </w:r>
    </w:p>
    <w:p>
      <w:pPr>
        <w:spacing w:after="20"/>
        <w:ind w:left="288"/>
      </w:pPr>
      <w:r>
        <w:t>• Plate-loaded resistance for progressive strength training</w:t>
      </w:r>
    </w:p>
    <w:p>
      <w:pPr>
        <w:spacing w:after="20"/>
        <w:ind w:left="288"/>
      </w:pPr>
      <w:r>
        <w:t>• Refurbishment checks: pivots, bearings, handles, upholstery, plate horns and frame finish</w:t>
      </w:r>
    </w:p>
    <w:p>
      <w:pPr>
        <w:spacing w:before="100"/>
      </w:pPr>
      <w:r>
        <w:rPr>
          <w:i/>
          <w:sz w:val="16"/>
        </w:rPr>
        <w:t>Source: Technogym Pure Strength Chest Press specifications; dimensions and weight are published for the 1500 × 1200 × 1715 mm configuration.</w:t>
      </w:r>
    </w:p>
    <w:sectPr w:rsidR="00FC693F" w:rsidRPr="0006063C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